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26D0" w14:textId="13F3AE71" w:rsidR="00E70AA0" w:rsidRDefault="00E70AA0">
      <w:pPr>
        <w:jc w:val="center"/>
      </w:pPr>
    </w:p>
    <w:p w14:paraId="3F90EF5A"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954"/>
        <w:gridCol w:w="6120"/>
      </w:tblGrid>
      <w:tr w:rsidR="00E70AA0" w14:paraId="193FB03F" w14:textId="77777777" w:rsidTr="008752CD">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120" w:type="dxa"/>
            <w:tcMar>
              <w:top w:w="70" w:type="dxa"/>
              <w:left w:w="80" w:type="dxa"/>
              <w:bottom w:w="70" w:type="dxa"/>
              <w:right w:w="80" w:type="dxa"/>
            </w:tcMar>
            <w:vAlign w:val="center"/>
          </w:tcPr>
          <w:p w14:paraId="140EDCF7" w14:textId="1B136164" w:rsidR="00E70AA0" w:rsidRDefault="00C17B19">
            <w:r>
              <w:t>Insight &amp; Evaluation Officer</w:t>
            </w:r>
          </w:p>
        </w:tc>
      </w:tr>
      <w:tr w:rsidR="00E70AA0" w14:paraId="4A7A56EB" w14:textId="77777777" w:rsidTr="008752CD">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120" w:type="dxa"/>
            <w:tcMar>
              <w:top w:w="70" w:type="dxa"/>
              <w:left w:w="80" w:type="dxa"/>
              <w:bottom w:w="70" w:type="dxa"/>
              <w:right w:w="80" w:type="dxa"/>
            </w:tcMar>
            <w:vAlign w:val="center"/>
          </w:tcPr>
          <w:p w14:paraId="65B0CB76" w14:textId="691AB09E" w:rsidR="00E70AA0" w:rsidRDefault="004367D7">
            <w:r>
              <w:t>REN_</w:t>
            </w:r>
            <w:r w:rsidR="00831926">
              <w:t>IEO</w:t>
            </w:r>
            <w:r>
              <w:t>_</w:t>
            </w:r>
            <w:r w:rsidR="00831926">
              <w:t>21_08</w:t>
            </w:r>
          </w:p>
        </w:tc>
      </w:tr>
      <w:tr w:rsidR="00E70AA0" w14:paraId="0648A34D" w14:textId="77777777" w:rsidTr="008752CD">
        <w:trPr>
          <w:jc w:val="center"/>
        </w:trPr>
        <w:tc>
          <w:tcPr>
            <w:tcW w:w="3954" w:type="dxa"/>
            <w:tcMar>
              <w:top w:w="70" w:type="dxa"/>
              <w:left w:w="80" w:type="dxa"/>
              <w:bottom w:w="70" w:type="dxa"/>
              <w:right w:w="80" w:type="dxa"/>
            </w:tcMar>
            <w:vAlign w:val="center"/>
          </w:tcPr>
          <w:p w14:paraId="5265422C" w14:textId="10C64DB8" w:rsidR="00E70AA0" w:rsidRPr="008752CD" w:rsidRDefault="003A7D38">
            <w:r w:rsidRPr="008752CD">
              <w:rPr>
                <w:b/>
              </w:rPr>
              <w:t>Closing date:</w:t>
            </w:r>
          </w:p>
        </w:tc>
        <w:tc>
          <w:tcPr>
            <w:tcW w:w="6120" w:type="dxa"/>
            <w:tcMar>
              <w:top w:w="70" w:type="dxa"/>
              <w:left w:w="80" w:type="dxa"/>
              <w:bottom w:w="70" w:type="dxa"/>
              <w:right w:w="80" w:type="dxa"/>
            </w:tcMar>
            <w:vAlign w:val="center"/>
          </w:tcPr>
          <w:p w14:paraId="11A872CB" w14:textId="481FA916" w:rsidR="00E70AA0" w:rsidRDefault="008219FA">
            <w:r>
              <w:t xml:space="preserve">16 </w:t>
            </w:r>
            <w:r w:rsidR="00617E4B">
              <w:t xml:space="preserve">October </w:t>
            </w:r>
            <w:r w:rsidR="008300A0">
              <w:t>2026</w:t>
            </w:r>
          </w:p>
        </w:tc>
      </w:tr>
      <w:tr w:rsidR="00E70AA0" w14:paraId="62847846" w14:textId="77777777" w:rsidTr="008752CD">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120" w:type="dxa"/>
            <w:tcMar>
              <w:top w:w="70" w:type="dxa"/>
              <w:left w:w="80" w:type="dxa"/>
              <w:bottom w:w="70" w:type="dxa"/>
              <w:right w:w="80" w:type="dxa"/>
            </w:tcMar>
            <w:vAlign w:val="center"/>
          </w:tcPr>
          <w:p w14:paraId="38565194" w14:textId="4B144753" w:rsidR="00831926" w:rsidRDefault="00831926" w:rsidP="00647651">
            <w:hyperlink r:id="rId8" w:history="1">
              <w:r w:rsidRPr="006B20F3">
                <w:rPr>
                  <w:rStyle w:val="Hyperlink"/>
                </w:rPr>
                <w:t>connect@bhip.org.uk</w:t>
              </w:r>
            </w:hyperlink>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070B1753" w14:textId="77777777" w:rsidR="00E70AA0" w:rsidRPr="008752CD" w:rsidRDefault="003A7D38">
      <w:r w:rsidRPr="008752CD">
        <w:t>REN is an anti-racist, equal opportunities employer. We welcome applications from people of all backgrounds and particularly encourage applications from communities that are under-represented in our workforce, where lawful positive action applies. Selection will be based only on the published criteria.</w:t>
      </w:r>
    </w:p>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77777777" w:rsidR="00E70AA0" w:rsidRPr="008752CD" w:rsidRDefault="003A7D38">
      <w:r w:rsidRPr="008752CD">
        <w:t>You may use assistive technology, translation support or AI tools to help structure or proofread your application. The information and examples must remain accurate, genuinely yours and capable of discussion at interview. REN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1E65DE00" w14:textId="77777777" w:rsidR="00E70AA0" w:rsidRPr="008752CD" w:rsidRDefault="003A7D38">
      <w:r w:rsidRPr="008752CD">
        <w:t>Personal details and equality monitoring information will be separated from the section used by the shortlisting panel wherever practicable.</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trPr>
          <w:jc w:val="center"/>
        </w:trPr>
        <w:tc>
          <w:tcPr>
            <w:tcW w:w="1065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trPr>
          <w:jc w:val="center"/>
        </w:trPr>
        <w:tc>
          <w:tcPr>
            <w:tcW w:w="3240"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6120" w:type="dxa"/>
            <w:tcMar>
              <w:top w:w="70" w:type="dxa"/>
              <w:left w:w="80" w:type="dxa"/>
              <w:bottom w:w="70" w:type="dxa"/>
              <w:right w:w="80" w:type="dxa"/>
            </w:tcMar>
            <w:vAlign w:val="center"/>
          </w:tcPr>
          <w:p w14:paraId="4CEB0700" w14:textId="77777777" w:rsidR="00E70AA0" w:rsidRDefault="00E70AA0"/>
        </w:tc>
      </w:tr>
      <w:tr w:rsidR="00E70AA0" w14:paraId="4DE3DB78" w14:textId="77777777">
        <w:trPr>
          <w:jc w:val="center"/>
        </w:trPr>
        <w:tc>
          <w:tcPr>
            <w:tcW w:w="3240"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6120" w:type="dxa"/>
            <w:tcMar>
              <w:top w:w="70" w:type="dxa"/>
              <w:left w:w="80" w:type="dxa"/>
              <w:bottom w:w="70" w:type="dxa"/>
              <w:right w:w="80" w:type="dxa"/>
            </w:tcMar>
            <w:vAlign w:val="center"/>
          </w:tcPr>
          <w:p w14:paraId="56211307" w14:textId="77777777" w:rsidR="00E70AA0" w:rsidRDefault="00E70AA0"/>
        </w:tc>
      </w:tr>
      <w:tr w:rsidR="00E70AA0" w14:paraId="1FE5B4A3" w14:textId="77777777">
        <w:trPr>
          <w:jc w:val="center"/>
        </w:trPr>
        <w:tc>
          <w:tcPr>
            <w:tcW w:w="3240"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6120" w:type="dxa"/>
            <w:tcMar>
              <w:top w:w="70" w:type="dxa"/>
              <w:left w:w="80" w:type="dxa"/>
              <w:bottom w:w="70" w:type="dxa"/>
              <w:right w:w="80" w:type="dxa"/>
            </w:tcMar>
            <w:vAlign w:val="center"/>
          </w:tcPr>
          <w:p w14:paraId="4E25EC43" w14:textId="77777777" w:rsidR="00E70AA0" w:rsidRDefault="00E70AA0"/>
        </w:tc>
      </w:tr>
      <w:tr w:rsidR="00E70AA0" w14:paraId="0D18D3DB" w14:textId="77777777">
        <w:trPr>
          <w:jc w:val="center"/>
        </w:trPr>
        <w:tc>
          <w:tcPr>
            <w:tcW w:w="3240"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6120" w:type="dxa"/>
            <w:tcMar>
              <w:top w:w="70" w:type="dxa"/>
              <w:left w:w="80" w:type="dxa"/>
              <w:bottom w:w="70" w:type="dxa"/>
              <w:right w:w="80" w:type="dxa"/>
            </w:tcMar>
            <w:vAlign w:val="center"/>
          </w:tcPr>
          <w:p w14:paraId="69CA3324" w14:textId="77777777" w:rsidR="00E70AA0" w:rsidRDefault="00E70AA0"/>
        </w:tc>
      </w:tr>
      <w:tr w:rsidR="00E70AA0" w14:paraId="7C6BF6E7" w14:textId="77777777">
        <w:trPr>
          <w:jc w:val="center"/>
        </w:trPr>
        <w:tc>
          <w:tcPr>
            <w:tcW w:w="3240"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6120" w:type="dxa"/>
            <w:tcMar>
              <w:top w:w="70" w:type="dxa"/>
              <w:left w:w="80" w:type="dxa"/>
              <w:bottom w:w="70" w:type="dxa"/>
              <w:right w:w="80" w:type="dxa"/>
            </w:tcMar>
            <w:vAlign w:val="center"/>
          </w:tcPr>
          <w:p w14:paraId="48E4610C" w14:textId="77777777" w:rsidR="00E70AA0" w:rsidRDefault="00E70AA0"/>
        </w:tc>
      </w:tr>
      <w:tr w:rsidR="00E70AA0" w14:paraId="183AC8CC" w14:textId="77777777">
        <w:trPr>
          <w:jc w:val="center"/>
        </w:trPr>
        <w:tc>
          <w:tcPr>
            <w:tcW w:w="3240"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6120" w:type="dxa"/>
            <w:tcMar>
              <w:top w:w="70" w:type="dxa"/>
              <w:left w:w="80" w:type="dxa"/>
              <w:bottom w:w="70" w:type="dxa"/>
              <w:right w:w="80" w:type="dxa"/>
            </w:tcMar>
            <w:vAlign w:val="center"/>
          </w:tcPr>
          <w:p w14:paraId="79AA603C" w14:textId="77777777" w:rsidR="00E70AA0" w:rsidRDefault="00E70AA0"/>
        </w:tc>
      </w:tr>
      <w:tr w:rsidR="00E70AA0" w14:paraId="2166E838" w14:textId="77777777">
        <w:trPr>
          <w:jc w:val="center"/>
        </w:trPr>
        <w:tc>
          <w:tcPr>
            <w:tcW w:w="3240"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6120"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3440F273"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7ABCCA2D" w:rsidR="00E70AA0" w:rsidRPr="008752CD" w:rsidRDefault="003A7D38">
      <w:r w:rsidRPr="008752CD">
        <w:t xml:space="preserve">List qualifications where relevant. REN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3AA20097"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364DB2">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364DB2">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364DB2">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364DB2">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364DB2">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364DB2">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364DB2">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364DB2">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364DB2">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364DB2">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364DB2">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364DB2">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4D24BC79" w:rsidR="00E70AA0" w:rsidRDefault="00E70AA0" w:rsidP="00220F32"/>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155F403B"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738C07E1" w14:textId="36750F4A" w:rsidR="00E70AA0" w:rsidRPr="005E1B67" w:rsidRDefault="003A7D38" w:rsidP="005E1B67">
      <w:pPr>
        <w:pStyle w:val="ListBullet"/>
      </w:pPr>
      <w:r w:rsidRPr="005E1B67">
        <w:t>your understanding of REN’s anti-racist purpose;</w:t>
      </w:r>
    </w:p>
    <w:p w14:paraId="5E172B1D" w14:textId="77777777" w:rsidR="00E70AA0" w:rsidRPr="005E1B67" w:rsidRDefault="003A7D38">
      <w:pPr>
        <w:pStyle w:val="ListBullet"/>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39DDD26D" w14:textId="77777777" w:rsidR="00E70AA0" w:rsidRPr="005E1B67" w:rsidRDefault="003A7D38">
      <w:pPr>
        <w:pStyle w:val="ListBullet"/>
      </w:pPr>
      <w:r w:rsidRPr="005E1B67">
        <w:t>how you have challenged racism, inequity or unequal power, where relevant to the role;</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138C0D84"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r w:rsidRPr="005E1B67">
        <w:rPr>
          <w:b/>
        </w:rPr>
        <w:t>You are not expected to disclose traumatic experiences or personal details of racism.</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022FDBD9"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92E014A" w14:textId="77777777" w:rsidR="00E70AA0" w:rsidRDefault="003A7D38">
      <w:r>
        <w:br w:type="page"/>
      </w:r>
    </w:p>
    <w:p w14:paraId="54F44F72" w14:textId="0111C118"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77777777" w:rsidR="00E70AA0" w:rsidRPr="003E475E" w:rsidRDefault="003A7D38">
      <w:r w:rsidRPr="003E475E">
        <w:t>Any offer may be conditional on checks that are lawful, necessary and proportionate to the particular role. These may include identity, right to work, references, qualifications and a DBS check where the role is legally eligible. REN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23A9CD1" w:rsidR="00E70AA0" w:rsidRPr="00AB0E4E" w:rsidRDefault="003A7D38">
      <w:r w:rsidRPr="00AB0E4E">
        <w:t>Please declare whether you are related to, or have a personal, professional or business relationship with, any current employee, Trustee, volunteer or contractor of REN. A declaration will not automatically affect your application; it enables REN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77777777" w:rsidR="00E70AA0" w:rsidRPr="00C33A9E" w:rsidRDefault="003A7D38">
      <w:r w:rsidRPr="00C33A9E">
        <w:t>REN will process recruitment information under the UK GDPR and Data Protection Act 2018. Please read REN’s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21295E1C"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77777777" w:rsidR="00E70AA0" w:rsidRPr="00C33A9E" w:rsidRDefault="003A7D38">
      <w:r w:rsidRPr="00C33A9E">
        <w:t>This section is voluntary. It will not be seen by the shortlisting or interview panel and will not affect your application. REN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6120"/>
      </w:tblGrid>
      <w:tr w:rsidR="00E70AA0" w14:paraId="0A67E6E1" w14:textId="77777777">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6120"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6120"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6120"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6120"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6120"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6120"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6120"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6120"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bl>
    <w:p w14:paraId="17D4ABBF" w14:textId="77777777" w:rsidR="00E70AA0" w:rsidRDefault="003A7D38">
      <w:r>
        <w:br w:type="page"/>
      </w:r>
    </w:p>
    <w:p w14:paraId="54CD6C51" w14:textId="4B0C1EF9" w:rsidR="00E70AA0" w:rsidRDefault="00E70AA0">
      <w:pPr>
        <w:jc w:val="center"/>
      </w:pPr>
    </w:p>
    <w:p w14:paraId="67C14686"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D37AC4" w14:paraId="403CEDEA" w14:textId="77777777">
        <w:trPr>
          <w:jc w:val="center"/>
        </w:trPr>
        <w:tc>
          <w:tcPr>
            <w:tcW w:w="10656" w:type="dxa"/>
            <w:shd w:val="clear" w:color="auto" w:fill="DDEBF7"/>
            <w:tcMar>
              <w:top w:w="60" w:type="dxa"/>
              <w:left w:w="80" w:type="dxa"/>
              <w:bottom w:w="60" w:type="dxa"/>
              <w:right w:w="80" w:type="dxa"/>
            </w:tcMar>
          </w:tcPr>
          <w:p w14:paraId="7CBB807B" w14:textId="77777777" w:rsidR="00E70AA0" w:rsidRPr="00D37AC4" w:rsidRDefault="003A7D38">
            <w:r w:rsidRPr="00D37AC4">
              <w:rPr>
                <w:b/>
                <w:sz w:val="22"/>
              </w:rPr>
              <w:t>Ethnic group (select the option that best describes how you identify)</w:t>
            </w:r>
          </w:p>
        </w:tc>
      </w:tr>
    </w:tbl>
    <w:p w14:paraId="7C7FEDF7" w14:textId="77777777" w:rsidR="00E70AA0" w:rsidRPr="00D37AC4" w:rsidRDefault="003A7D38">
      <w:r w:rsidRPr="00D37AC4">
        <w:t>Ethnic group is not the same as nationality, citizenship or country of birth. REN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7D5C9279" w14:textId="77777777" w:rsidR="00C25F75" w:rsidRPr="00D37AC4" w:rsidRDefault="00C25F75">
      <w:pPr>
        <w:rPr>
          <w:b/>
        </w:rPr>
      </w:pPr>
    </w:p>
    <w:p w14:paraId="57A33AC5" w14:textId="77777777" w:rsidR="00E26A80" w:rsidRDefault="003A7D38" w:rsidP="00E26A80">
      <w:pPr>
        <w:rPr>
          <w:b/>
        </w:rPr>
      </w:pPr>
      <w:r w:rsidRPr="00D37AC4">
        <w:rPr>
          <w:b/>
        </w:rPr>
        <w:t>Thank you.</w:t>
      </w:r>
    </w:p>
    <w:p w14:paraId="2A3A33FA" w14:textId="77777777" w:rsidR="002C6F32" w:rsidRDefault="003A7D38" w:rsidP="002C6F32">
      <w:pPr>
        <w:rPr>
          <w:b/>
        </w:rPr>
      </w:pPr>
      <w:r w:rsidRPr="00D37AC4">
        <w:rPr>
          <w:b/>
        </w:rPr>
        <w:t xml:space="preserve">Please return this monitoring section with your application. </w:t>
      </w:r>
    </w:p>
    <w:p w14:paraId="320A2B16" w14:textId="2FB41299" w:rsidR="00E70AA0" w:rsidRPr="00E26A80" w:rsidRDefault="003A7D38" w:rsidP="002C6F32">
      <w:pPr>
        <w:rPr>
          <w:b/>
        </w:rPr>
      </w:pPr>
      <w:r w:rsidRPr="00D37AC4">
        <w:rPr>
          <w:b/>
        </w:rPr>
        <w:t>The recruitment administrator will detach and record it separately.</w:t>
      </w:r>
    </w:p>
    <w:sectPr w:rsidR="00E70AA0" w:rsidRPr="00E26A80" w:rsidSect="00034616">
      <w:headerReference w:type="default" r:id="rId9"/>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D6482" w14:textId="77777777" w:rsidR="00B50A90" w:rsidRDefault="00B50A90">
      <w:pPr>
        <w:spacing w:after="0" w:line="240" w:lineRule="auto"/>
      </w:pPr>
      <w:r>
        <w:separator/>
      </w:r>
    </w:p>
  </w:endnote>
  <w:endnote w:type="continuationSeparator" w:id="0">
    <w:p w14:paraId="60A600FB" w14:textId="77777777" w:rsidR="00B50A90" w:rsidRDefault="00B50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6B17" w14:textId="77777777" w:rsidR="006E563A" w:rsidRPr="006E563A" w:rsidRDefault="006E563A">
    <w:pPr>
      <w:pStyle w:val="Footer"/>
      <w:tabs>
        <w:tab w:val="clear" w:pos="4680"/>
        <w:tab w:val="clear" w:pos="9360"/>
      </w:tabs>
      <w:jc w:val="center"/>
      <w:rPr>
        <w:caps/>
        <w:color w:val="4F81BD" w:themeColor="accent1"/>
        <w:sz w:val="12"/>
        <w:szCs w:val="14"/>
      </w:rPr>
    </w:pPr>
    <w:r w:rsidRPr="006E563A">
      <w:rPr>
        <w:caps/>
        <w:color w:val="4F81BD" w:themeColor="accent1"/>
        <w:sz w:val="12"/>
        <w:szCs w:val="14"/>
      </w:rPr>
      <w:fldChar w:fldCharType="begin"/>
    </w:r>
    <w:r w:rsidRPr="006E563A">
      <w:rPr>
        <w:caps/>
        <w:color w:val="4F81BD" w:themeColor="accent1"/>
        <w:sz w:val="12"/>
        <w:szCs w:val="14"/>
      </w:rPr>
      <w:instrText>PAGE   \* MERGEFORMAT</w:instrText>
    </w:r>
    <w:r w:rsidRPr="006E563A">
      <w:rPr>
        <w:caps/>
        <w:color w:val="4F81BD" w:themeColor="accent1"/>
        <w:sz w:val="12"/>
        <w:szCs w:val="14"/>
      </w:rPr>
      <w:fldChar w:fldCharType="separate"/>
    </w:r>
    <w:r w:rsidRPr="006E563A">
      <w:rPr>
        <w:caps/>
        <w:color w:val="4F81BD" w:themeColor="accent1"/>
        <w:sz w:val="12"/>
        <w:szCs w:val="14"/>
        <w:lang w:val="en-GB"/>
      </w:rPr>
      <w:t>2</w:t>
    </w:r>
    <w:r w:rsidRPr="006E563A">
      <w:rPr>
        <w:caps/>
        <w:color w:val="4F81BD" w:themeColor="accent1"/>
        <w:sz w:val="12"/>
        <w:szCs w:val="14"/>
      </w:rPr>
      <w:fldChar w:fldCharType="end"/>
    </w:r>
  </w:p>
  <w:p w14:paraId="356E9CF5" w14:textId="4FE8510E"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1A3D" w14:textId="77777777" w:rsidR="00B50A90" w:rsidRDefault="00B50A90">
      <w:pPr>
        <w:spacing w:after="0" w:line="240" w:lineRule="auto"/>
      </w:pPr>
      <w:r>
        <w:separator/>
      </w:r>
    </w:p>
  </w:footnote>
  <w:footnote w:type="continuationSeparator" w:id="0">
    <w:p w14:paraId="7AF247AD" w14:textId="77777777" w:rsidR="00B50A90" w:rsidRDefault="00B50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8A33" w14:textId="3D7F447F" w:rsidR="006E563A" w:rsidRDefault="006E563A">
    <w:pPr>
      <w:pStyle w:val="Header"/>
    </w:pPr>
    <w:r>
      <w:ptab w:relativeTo="margin" w:alignment="center" w:leader="none"/>
    </w:r>
    <w:r>
      <w:rPr>
        <w:noProof/>
      </w:rPr>
      <w:drawing>
        <wp:inline distT="0" distB="0" distL="0" distR="0" wp14:anchorId="73E4C2AF" wp14:editId="2A0DB31B">
          <wp:extent cx="1234440" cy="1039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_logo.png"/>
                  <pic:cNvPicPr/>
                </pic:nvPicPr>
                <pic:blipFill>
                  <a:blip r:embed="rId1"/>
                  <a:stretch>
                    <a:fillRect/>
                  </a:stretch>
                </pic:blipFill>
                <pic:spPr>
                  <a:xfrm>
                    <a:off x="0" y="0"/>
                    <a:ext cx="1234440" cy="1039922"/>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976C8"/>
    <w:rsid w:val="00133667"/>
    <w:rsid w:val="0015074B"/>
    <w:rsid w:val="001B2C84"/>
    <w:rsid w:val="001D4472"/>
    <w:rsid w:val="00204732"/>
    <w:rsid w:val="00220F32"/>
    <w:rsid w:val="002269DA"/>
    <w:rsid w:val="002702EA"/>
    <w:rsid w:val="0029639D"/>
    <w:rsid w:val="002C696E"/>
    <w:rsid w:val="002C6F32"/>
    <w:rsid w:val="002D186B"/>
    <w:rsid w:val="00326F90"/>
    <w:rsid w:val="00337653"/>
    <w:rsid w:val="00364DB2"/>
    <w:rsid w:val="003A7D38"/>
    <w:rsid w:val="003E475E"/>
    <w:rsid w:val="003F1F9D"/>
    <w:rsid w:val="00407DC1"/>
    <w:rsid w:val="00412280"/>
    <w:rsid w:val="004367D7"/>
    <w:rsid w:val="004A5833"/>
    <w:rsid w:val="004E0D30"/>
    <w:rsid w:val="00512D8C"/>
    <w:rsid w:val="00594FC0"/>
    <w:rsid w:val="005B0380"/>
    <w:rsid w:val="005E1B67"/>
    <w:rsid w:val="005F139A"/>
    <w:rsid w:val="00607C0E"/>
    <w:rsid w:val="00617E4B"/>
    <w:rsid w:val="00647651"/>
    <w:rsid w:val="006E563A"/>
    <w:rsid w:val="006E66FF"/>
    <w:rsid w:val="007741D2"/>
    <w:rsid w:val="007918FE"/>
    <w:rsid w:val="007A30B1"/>
    <w:rsid w:val="007A4CAB"/>
    <w:rsid w:val="007C04E0"/>
    <w:rsid w:val="008219FA"/>
    <w:rsid w:val="008300A0"/>
    <w:rsid w:val="00831926"/>
    <w:rsid w:val="008752CD"/>
    <w:rsid w:val="008811A9"/>
    <w:rsid w:val="008864BD"/>
    <w:rsid w:val="00887F42"/>
    <w:rsid w:val="008A79A2"/>
    <w:rsid w:val="00941B07"/>
    <w:rsid w:val="009548A7"/>
    <w:rsid w:val="00962027"/>
    <w:rsid w:val="00A92414"/>
    <w:rsid w:val="00AA1D8D"/>
    <w:rsid w:val="00AB0E4E"/>
    <w:rsid w:val="00B24C89"/>
    <w:rsid w:val="00B47730"/>
    <w:rsid w:val="00B50A90"/>
    <w:rsid w:val="00B60FAD"/>
    <w:rsid w:val="00B67A7B"/>
    <w:rsid w:val="00C17B19"/>
    <w:rsid w:val="00C25F75"/>
    <w:rsid w:val="00C33A9E"/>
    <w:rsid w:val="00C67967"/>
    <w:rsid w:val="00CB0664"/>
    <w:rsid w:val="00D37AC4"/>
    <w:rsid w:val="00D61E54"/>
    <w:rsid w:val="00D94A18"/>
    <w:rsid w:val="00E26A80"/>
    <w:rsid w:val="00E70AA0"/>
    <w:rsid w:val="00E725E3"/>
    <w:rsid w:val="00E90481"/>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31926"/>
    <w:rPr>
      <w:color w:val="0000FF" w:themeColor="hyperlink"/>
      <w:u w:val="single"/>
    </w:rPr>
  </w:style>
  <w:style w:type="character" w:styleId="UnresolvedMention">
    <w:name w:val="Unresolved Mention"/>
    <w:basedOn w:val="DefaultParagraphFont"/>
    <w:uiPriority w:val="99"/>
    <w:semiHidden/>
    <w:unhideWhenUsed/>
    <w:rsid w:val="00831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bhip.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39</cp:revision>
  <dcterms:created xsi:type="dcterms:W3CDTF">2026-08-10T09:05:00Z</dcterms:created>
  <dcterms:modified xsi:type="dcterms:W3CDTF">2026-09-15T14:15:00Z</dcterms:modified>
  <cp:category/>
</cp:coreProperties>
</file>